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1"/>
      </w:pPr>
      <w:r>
        <w:t>ОТЗЫВ СОГЛАСИЯ НА ОБРАБОТКУ ПЕРСОНАЛЬНЫХ ДАННЫХ</w:t>
      </w:r>
    </w:p>
    <w:p>
      <w:r>
        <w:t xml:space="preserve">Оператору: </w:t>
      </w:r>
      <w:r>
        <w:rPr>
          <w:highlight w:val="yellow"/>
        </w:rPr>
        <w:t>[указать: наименование и адрес оператора]</w:t>
      </w:r>
      <w:r>
        <w:t>.</w:t>
      </w:r>
    </w:p>
    <w:p>
      <w:r>
        <w:t xml:space="preserve">От: </w:t>
      </w:r>
      <w:r>
        <w:rPr>
          <w:highlight w:val="yellow"/>
        </w:rPr>
        <w:t>[указать: фамилия, имя, отчество (при наличии)]</w:t>
      </w:r>
      <w:r>
        <w:t xml:space="preserve">. Контакт для ответа: </w:t>
      </w:r>
      <w:r>
        <w:rPr>
          <w:highlight w:val="yellow"/>
        </w:rPr>
        <w:t>[указать: телефон, адрес электронной почты или почтовый адрес]</w:t>
      </w:r>
      <w:r>
        <w:t>.</w:t>
      </w:r>
    </w:p>
    <w:p>
      <w:r>
        <w:t xml:space="preserve">Сведения, по которым оператор может найти мои данные (если есть): </w:t>
      </w:r>
      <w:r>
        <w:rPr>
          <w:highlight w:val="yellow"/>
        </w:rPr>
        <w:t>[указать: адрес электронной почты, указанный при даче согласия, номер договора или заказа]</w:t>
      </w:r>
      <w:r>
        <w:t>.</w:t>
      </w:r>
    </w:p>
    <w:p>
      <w:r>
        <w:t xml:space="preserve">Отзываю согласие на обработку моих персональных данных, данное </w:t>
      </w:r>
      <w:r>
        <w:rPr>
          <w:highlight w:val="yellow"/>
        </w:rPr>
        <w:t>[указать: дата, если известна]</w:t>
      </w:r>
      <w:r>
        <w:t xml:space="preserve"> для цели: </w:t>
      </w:r>
      <w:r>
        <w:rPr>
          <w:highlight w:val="yellow"/>
        </w:rPr>
        <w:t>[указать: цель обработки или «все согласия, данные оператору»]</w:t>
      </w:r>
      <w:r>
        <w:t>.</w:t>
      </w:r>
    </w:p>
    <w:p>
      <w:r>
        <w:t xml:space="preserve">При отзыве согласия на обработку персональных данных, разрешённых для распространения, требую прекратить передачу (распространение, предоставление, доступ) следующих персональных данных: </w:t>
      </w:r>
      <w:r>
        <w:rPr>
          <w:highlight w:val="yellow"/>
        </w:rPr>
        <w:t>[указать: перечень персональных данных]</w:t>
      </w:r>
      <w:r>
        <w:t>.</w:t>
      </w:r>
    </w:p>
    <w:p>
      <w:r>
        <w:t>Прошу прекратить обработку и уничтожить персональные данные, обработка которых осуществлялась на основании этого согласия.</w:t>
      </w:r>
    </w:p>
    <w:p>
      <w:r>
        <w:t>Если после отзыва согласия обработка моих персональных данных будет продолжена по иному законному основанию, прошу сообщить мне об этом и указать это основание.</w:t>
      </w:r>
    </w:p>
    <w:p>
      <w:r>
        <w:t xml:space="preserve">Дата: </w:t>
      </w:r>
      <w:r>
        <w:rPr>
          <w:highlight w:val="yellow"/>
        </w:rPr>
        <w:t>[указать: дата]</w:t>
      </w:r>
      <w:r>
        <w:t xml:space="preserve">. Подпись: </w:t>
      </w:r>
      <w:r>
        <w:rPr>
          <w:highlight w:val="yellow"/>
        </w:rPr>
        <w:t>[указать: подпись, если применимо]</w:t>
      </w:r>
      <w:r>
        <w:t>.</w:t>
      </w:r>
    </w:p>
    <w:sectPr w:rsidR="006D5D2C" w:rsidRPr="00F340A5" w:rsidSect="00034616">
      <w:footerReference w:type="default" r:id="rId8"/>
      <w:footerReference w:type="first" r:id="rId9"/>
      <w:pgSz w:w="11906" w:h="16838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EE646C" w14:textId="77777777" w:rsidR="00391C13" w:rsidRDefault="00391C13">
      <w:pPr>
        <w:spacing w:after="0" w:line="240" w:lineRule="auto"/>
      </w:pPr>
      <w:r>
        <w:separator/>
      </w:r>
    </w:p>
  </w:endnote>
  <w:endnote w:type="continuationSeparator" w:id="0">
    <w:p w14:paraId="225A9CF6" w14:textId="77777777" w:rsidR="00391C13" w:rsidRDefault="0039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A2781A" w14:textId="77777777" w:rsidR="006D5D2C" w:rsidRDefault="00000000">
    <w:pPr>
      <w:pStyle w:val="a7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109644" w14:textId="77777777" w:rsidR="006D5D2C" w:rsidRDefault="006D5D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C45180" w14:textId="77777777" w:rsidR="00391C13" w:rsidRDefault="00391C13">
      <w:pPr>
        <w:spacing w:after="0" w:line="240" w:lineRule="auto"/>
      </w:pPr>
      <w:r>
        <w:separator/>
      </w:r>
    </w:p>
  </w:footnote>
  <w:footnote w:type="continuationSeparator" w:id="0">
    <w:p w14:paraId="4CF9C3F7" w14:textId="77777777" w:rsidR="00391C13" w:rsidRDefault="00391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E0441D"/>
    <w:multiLevelType w:val="hybridMultilevel"/>
    <w:tmpl w:val="8A56B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E15BA"/>
    <w:multiLevelType w:val="hybridMultilevel"/>
    <w:tmpl w:val="5D8E94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734E3"/>
    <w:multiLevelType w:val="hybridMultilevel"/>
    <w:tmpl w:val="537C25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EF3C47"/>
    <w:multiLevelType w:val="hybridMultilevel"/>
    <w:tmpl w:val="537C2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83350">
    <w:abstractNumId w:val="8"/>
  </w:num>
  <w:num w:numId="2" w16cid:durableId="722749238">
    <w:abstractNumId w:val="6"/>
  </w:num>
  <w:num w:numId="3" w16cid:durableId="920135735">
    <w:abstractNumId w:val="5"/>
  </w:num>
  <w:num w:numId="4" w16cid:durableId="1253932593">
    <w:abstractNumId w:val="4"/>
  </w:num>
  <w:num w:numId="5" w16cid:durableId="1264418143">
    <w:abstractNumId w:val="7"/>
  </w:num>
  <w:num w:numId="6" w16cid:durableId="1457679111">
    <w:abstractNumId w:val="3"/>
  </w:num>
  <w:num w:numId="7" w16cid:durableId="159010880">
    <w:abstractNumId w:val="2"/>
  </w:num>
  <w:num w:numId="8" w16cid:durableId="1644651911">
    <w:abstractNumId w:val="1"/>
  </w:num>
  <w:num w:numId="9" w16cid:durableId="1881891772">
    <w:abstractNumId w:val="0"/>
  </w:num>
  <w:num w:numId="10" w16cid:durableId="1546092423">
    <w:abstractNumId w:val="9"/>
  </w:num>
  <w:num w:numId="11" w16cid:durableId="1329749815">
    <w:abstractNumId w:val="12"/>
  </w:num>
  <w:num w:numId="12" w16cid:durableId="577641330">
    <w:abstractNumId w:val="11"/>
  </w:num>
  <w:num w:numId="13" w16cid:durableId="211944698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A27"/>
    <w:rsid w:val="0015074B"/>
    <w:rsid w:val="001B3E7E"/>
    <w:rsid w:val="0029639D"/>
    <w:rsid w:val="00326F90"/>
    <w:rsid w:val="00391C13"/>
    <w:rsid w:val="006D5D2C"/>
    <w:rsid w:val="00721E8D"/>
    <w:rsid w:val="00A969EE"/>
    <w:rsid w:val="00AA1D8D"/>
    <w:rsid w:val="00B47730"/>
    <w:rsid w:val="00CB0664"/>
    <w:rsid w:val="00F340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5E957"/>
  <w14:defaultImageDpi w14:val="300"/>
  <w15:docId w15:val="{309727BE-7906-8E4B-AD95-0F3CA3FB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  <w:jc w:val="both"/>
    </w:pPr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480" w:before="0"/>
      <w:jc w:val="center"/>
      <w:outlineLvl w:val="0"/>
    </w:pPr>
    <w:rPr>
      <w:rFonts w:ascii="Times New Roman" w:hAnsi="Times New Roman" w:cs="Times New Roman" w:eastAsia="Times New Roman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jc w:val="both"/>
      <w:outlineLvl w:val="1"/>
    </w:pPr>
    <w:rPr>
      <w:rFonts w:ascii="Times New Roman" w:hAnsi="Times New Roman" w:cs="Times New Roman" w:eastAsia="Times New Roman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 w:eastAsia="Times New Roman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  <w:rPr>
      <w:rFonts w:ascii="Times New Roman" w:hAnsi="Times New Roman" w:cs="Times New Roman" w:eastAsia="Times New Roman"/>
    </w:r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</dc:title>
  <dc:subject/>
  <dc:creator/>
  <cp:keywords/>
  <dc:description/>
  <cp:lastModifiedBy/>
  <cp:revision>4</cp:revision>
  <dcterms:created xsi:type="dcterms:W3CDTF">2013-12-23T23:15:00Z</dcterms:created>
  <dcterms:modified xsi:type="dcterms:W3CDTF">2026-09-06T16:40:00Z</dcterms:modified>
  <cp:category/>
</cp:coreProperties>
</file>